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Mazen Shaar</w:t>
      </w:r>
    </w:p>
    <w:p>
      <w:pPr>
        <w:jc w:val="center"/>
      </w:pPr>
      <w:r>
        <w:rPr>
          <w:b/>
          <w:sz w:val="22"/>
        </w:rPr>
        <w:t>Software Developer</w:t>
      </w:r>
    </w:p>
    <w:p>
      <w:pPr>
        <w:jc w:val="center"/>
      </w:pPr>
      <w:r>
        <w:rPr>
          <w:b w:val="0"/>
          <w:sz w:val="19"/>
        </w:rPr>
      </w:r>
      <w:r>
        <w:t xml:space="preserve">Dubai, UAE | </w:t>
      </w:r>
      <w:hyperlink r:id="rId9">
        <w:r>
          <w:rPr>
            <w:color w:val="000000"/>
            <w:sz w:val="18"/>
          </w:rPr>
          <w:t>mazenshaar@hotmail.com</w:t>
        </w:r>
      </w:hyperlink>
      <w:r>
        <w:t xml:space="preserve"> | </w:t>
      </w:r>
      <w:hyperlink r:id="rId10">
        <w:r>
          <w:rPr>
            <w:color w:val="000000"/>
            <w:sz w:val="18"/>
          </w:rPr>
          <w:t>mazenshaar.com</w:t>
        </w:r>
      </w:hyperlink>
    </w:p>
    <w:p>
      <w:pPr>
        <w:jc w:val="center"/>
      </w:pPr>
      <w:r>
        <w:rPr>
          <w:b w:val="0"/>
        </w:rPr>
      </w:r>
      <w:hyperlink r:id="rId11">
        <w:r>
          <w:rPr>
            <w:color w:val="000000"/>
            <w:sz w:val="18"/>
          </w:rPr>
          <w:t>github.com/mazen320</w:t>
        </w:r>
      </w:hyperlink>
      <w:r>
        <w:t xml:space="preserve"> | </w:t>
      </w:r>
      <w:hyperlink r:id="rId12">
        <w:r>
          <w:rPr>
            <w:color w:val="000000"/>
            <w:sz w:val="18"/>
          </w:rPr>
          <w:t>linkedin.com/in/mazenshaar</w:t>
        </w:r>
      </w:hyperlink>
    </w:p>
    <w:p>
      <w:r>
        <w:rPr>
          <w:b w:val="0"/>
        </w:rPr>
        <w:t>Software developer specialising in Unity/C#, with experience across games, interactive applications, AI integrations and web software. Develops and improves applications from prototype through delivery, using AI coding agents throughout implementation, review and debugging.</w:t>
      </w:r>
    </w:p>
    <w:p>
      <w:pPr>
        <w:pStyle w:val="Heading1"/>
        <w:pBdr>
          <w:bottom w:val="single" w:sz="4" w:color="AAAAAA" w:space="3"/>
        </w:pBdr>
      </w:pPr>
      <w:r>
        <w:t>PROFESSIONAL EXPERIENCE</w:t>
      </w:r>
    </w:p>
    <w:p>
      <w:pPr>
        <w:keepNext/>
        <w:tabs>
          <w:tab w:pos="9978" w:val="right"/>
        </w:tabs>
      </w:pPr>
      <w:r>
        <w:rPr>
          <w:b w:val="0"/>
        </w:rPr>
      </w:r>
      <w:r>
        <w:rPr>
          <w:b/>
        </w:rPr>
        <w:t>AI/Unity Developer</w:t>
      </w:r>
      <w:r>
        <w:tab/>
        <w:t>2024–Present</w:t>
      </w:r>
    </w:p>
    <w:p>
      <w:pPr>
        <w:keepNext/>
      </w:pPr>
      <w:r>
        <w:rPr>
          <w:b w:val="0"/>
          <w:sz w:val="19"/>
        </w:rPr>
        <w:t>PurpleGlo | Dubai, UAE</w:t>
      </w:r>
    </w:p>
    <w:p>
      <w:pPr>
        <w:pStyle w:val="ListBullet"/>
      </w:pPr>
      <w:r>
        <w:t>Develop interactive applications across Unity, web interfaces and backend integrations, translating supplied designs and requirements into working software.</w:t>
      </w:r>
    </w:p>
    <w:p>
      <w:pPr>
        <w:pStyle w:val="ListBullet"/>
      </w:pPr>
      <w:r>
        <w:t>Build gameplay and application systems covering input, session flow, user interfaces, scoring, completion logic and real-time feedback.</w:t>
      </w:r>
    </w:p>
    <w:p>
      <w:pPr>
        <w:pStyle w:val="ListBullet"/>
      </w:pPr>
      <w:r>
        <w:t>Integrate local AI workflows and model APIs with guest-facing applications, including asynchronous processing, result handling and output delivery.</w:t>
      </w:r>
    </w:p>
    <w:p>
      <w:pPr>
        <w:pStyle w:val="ListBullet"/>
      </w:pPr>
      <w:r>
        <w:t>Connect tangible inputs and multiple devices to Unity interfaces, using shared input frameworks and communication layers.</w:t>
      </w:r>
    </w:p>
    <w:p>
      <w:pPr>
        <w:pStyle w:val="ListBullet"/>
      </w:pPr>
      <w:r>
        <w:t>Rewrite and improve existing applications through runtime debugging, image/texture lifecycle handling and tools for operators.</w:t>
      </w:r>
    </w:p>
    <w:p>
      <w:pPr>
        <w:keepNext/>
        <w:tabs>
          <w:tab w:pos="9978" w:val="right"/>
        </w:tabs>
      </w:pPr>
      <w:r>
        <w:rPr>
          <w:b w:val="0"/>
        </w:rPr>
      </w:r>
      <w:r>
        <w:rPr>
          <w:b/>
        </w:rPr>
        <w:t>Unity Developer Intern</w:t>
      </w:r>
      <w:r>
        <w:tab/>
        <w:t>2023–2024</w:t>
      </w:r>
    </w:p>
    <w:p>
      <w:pPr>
        <w:keepNext/>
      </w:pPr>
      <w:r>
        <w:rPr>
          <w:b w:val="0"/>
          <w:sz w:val="19"/>
        </w:rPr>
        <w:t>PurpleGlo | Dubai, UAE</w:t>
      </w:r>
    </w:p>
    <w:p>
      <w:pPr>
        <w:pStyle w:val="ListBullet"/>
      </w:pPr>
      <w:r>
        <w:t>Developed multiple Unity games and event applications, implementing gameplay, user interfaces and application flow.</w:t>
      </w:r>
    </w:p>
    <w:p>
      <w:pPr>
        <w:pStyle w:val="ListBullet"/>
      </w:pPr>
      <w:r>
        <w:t>Developed local AI photobooth software and worked on AI-enabled applications for events.</w:t>
      </w:r>
    </w:p>
    <w:p>
      <w:pPr>
        <w:pStyle w:val="Heading1"/>
        <w:pBdr>
          <w:bottom w:val="single" w:sz="4" w:color="AAAAAA" w:space="3"/>
        </w:pBdr>
      </w:pPr>
      <w:r>
        <w:t>UNITY AND C# SKILLS</w:t>
      </w:r>
    </w:p>
    <w:p>
      <w:r>
        <w:rPr>
          <w:b w:val="0"/>
        </w:rPr>
      </w:r>
      <w:r>
        <w:rPr>
          <w:b/>
        </w:rPr>
        <w:t xml:space="preserve">Gameplay and interaction: </w:t>
      </w:r>
      <w:r>
        <w:t>C# scripting, input handling, gameplay/session state, scoring and completion logic</w:t>
      </w:r>
    </w:p>
    <w:p>
      <w:r>
        <w:rPr>
          <w:b w:val="0"/>
        </w:rPr>
      </w:r>
      <w:r>
        <w:rPr>
          <w:b/>
        </w:rPr>
        <w:t xml:space="preserve">Interfaces and connectivity: </w:t>
      </w:r>
      <w:r>
        <w:t>Unity UI, animated transitions, bilingual flows, tangible input, multi-device messaging</w:t>
      </w:r>
    </w:p>
    <w:p>
      <w:r>
        <w:rPr>
          <w:b w:val="0"/>
        </w:rPr>
      </w:r>
      <w:r>
        <w:rPr>
          <w:b/>
        </w:rPr>
        <w:t xml:space="preserve">Tools and runtime: </w:t>
      </w:r>
      <w:r>
        <w:t>Editor utilities, texture/UV workflows, image handling, runtime debugging and lifecycle management</w:t>
      </w:r>
    </w:p>
    <w:p>
      <w:pPr>
        <w:pStyle w:val="Heading1"/>
        <w:pBdr>
          <w:bottom w:val="single" w:sz="4" w:color="AAAAAA" w:space="3"/>
        </w:pBdr>
      </w:pPr>
      <w:r>
        <w:t>SOFTWARE AND AI SKILLS</w:t>
      </w:r>
    </w:p>
    <w:p>
      <w:r>
        <w:rPr>
          <w:b w:val="0"/>
        </w:rPr>
      </w:r>
      <w:r>
        <w:rPr>
          <w:b/>
        </w:rPr>
        <w:t xml:space="preserve">Web development: </w:t>
      </w:r>
      <w:r>
        <w:t>TypeScript, JavaScript, React, Next.js, Node.js, Express, REST APIs, WebSockets</w:t>
      </w:r>
    </w:p>
    <w:p>
      <w:r>
        <w:rPr>
          <w:b w:val="0"/>
        </w:rPr>
      </w:r>
      <w:r>
        <w:rPr>
          <w:b/>
        </w:rPr>
        <w:t xml:space="preserve">AI integration: </w:t>
      </w:r>
      <w:r>
        <w:t>Python, local generation workflows, ComfyUI, FaceFusion, model APIs</w:t>
      </w:r>
    </w:p>
    <w:p>
      <w:r>
        <w:rPr>
          <w:b w:val="0"/>
        </w:rPr>
      </w:r>
      <w:r>
        <w:rPr>
          <w:b/>
        </w:rPr>
        <w:t xml:space="preserve">Development workflow: </w:t>
      </w:r>
      <w:r>
        <w:t>Git, AI coding agents, source review, debugging and system integration</w:t>
      </w:r>
    </w:p>
    <w:p>
      <w:pPr>
        <w:pStyle w:val="Heading1"/>
        <w:pBdr>
          <w:bottom w:val="single" w:sz="4" w:color="AAAAAA" w:space="3"/>
        </w:pBdr>
      </w:pPr>
      <w:r>
        <w:t>EDUCATION</w:t>
      </w:r>
    </w:p>
    <w:p>
      <w:r>
        <w:rPr>
          <w:b/>
        </w:rPr>
        <w:t>SAE Institute, Dubai | 2019–2023</w:t>
      </w:r>
    </w:p>
    <w:p>
      <w:r>
        <w:rPr>
          <w:b w:val="0"/>
        </w:rPr>
        <w:t>Bachelor’s degree in Games Development (Programming)</w:t>
      </w:r>
    </w:p>
    <w:p>
      <w:pPr>
        <w:pStyle w:val="Heading1"/>
        <w:pBdr>
          <w:bottom w:val="single" w:sz="4" w:color="AAAAAA" w:space="3"/>
        </w:pBdr>
      </w:pPr>
      <w:r>
        <w:t>AWARDS</w:t>
      </w:r>
    </w:p>
    <w:p>
      <w:r>
        <w:rPr>
          <w:b w:val="0"/>
          <w:sz w:val="19"/>
        </w:rPr>
        <w:t>The Glo Momentum Award, PurpleGlo | October 2026 — Ownership, energy and making things happen.</w:t>
      </w:r>
    </w:p>
    <w:p>
      <w:r>
        <w:rPr>
          <w:b w:val="0"/>
          <w:sz w:val="19"/>
        </w:rPr>
        <w:t>1st Place, Internal Game Jam, PurpleGlo | May 2024 — Solo 48-hour Unity game.</w:t>
      </w:r>
    </w:p>
    <w:sectPr w:rsidR="00FC693F" w:rsidRPr="0006063C" w:rsidSect="00034616">
      <w:footerReference w:type="default" r:id="rId13"/>
      <w:pgSz w:w="11906" w:h="16838"/>
      <w:pgMar w:top="697" w:right="964" w:bottom="68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  <w:jc w:val="center"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9" w:lineRule="auto"/>
      <w:ind w:left="240" w:hanging="180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mazenshaar@hotmail.com" TargetMode="External"/><Relationship Id="rId10" Type="http://schemas.openxmlformats.org/officeDocument/2006/relationships/hyperlink" Target="https://mazenshaar.com" TargetMode="External"/><Relationship Id="rId11" Type="http://schemas.openxmlformats.org/officeDocument/2006/relationships/hyperlink" Target="https://github.com/mazen320" TargetMode="External"/><Relationship Id="rId12" Type="http://schemas.openxmlformats.org/officeDocument/2006/relationships/hyperlink" Target="https://linkedin.com/in/mazenshaar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